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B629B" w14:textId="77777777" w:rsidR="009968DB" w:rsidRDefault="00000000">
      <w:pPr>
        <w:pStyle w:val="Title"/>
      </w:pPr>
      <w:r>
        <w:rPr>
          <w:sz w:val="48"/>
        </w:rPr>
        <w:t>ADEYEMI LAGUDA</w:t>
      </w:r>
    </w:p>
    <w:p w14:paraId="3572C3CE" w14:textId="77777777" w:rsidR="009968DB" w:rsidRDefault="00000000">
      <w:r>
        <w:rPr>
          <w:sz w:val="24"/>
        </w:rPr>
        <w:t>Data Engineer | Data Analyst</w:t>
      </w:r>
      <w:r>
        <w:rPr>
          <w:sz w:val="24"/>
        </w:rPr>
        <w:br/>
        <w:t>United Kingdom</w:t>
      </w:r>
    </w:p>
    <w:p w14:paraId="0ECE741B" w14:textId="6BE2F2C0" w:rsidR="009968DB" w:rsidRDefault="00000000">
      <w:r>
        <w:rPr>
          <w:b/>
        </w:rPr>
        <w:t xml:space="preserve">Email: </w:t>
      </w:r>
      <w:r>
        <w:t>lagudaadeyemi@gmail.com</w:t>
      </w:r>
      <w:r>
        <w:br/>
      </w:r>
      <w:r>
        <w:rPr>
          <w:b/>
        </w:rPr>
        <w:t xml:space="preserve">Phone: </w:t>
      </w:r>
      <w:r>
        <w:t>+44788 445139</w:t>
      </w:r>
      <w:r>
        <w:br/>
      </w:r>
    </w:p>
    <w:p w14:paraId="2148E11D" w14:textId="77777777" w:rsidR="009968DB" w:rsidRDefault="00000000">
      <w:pPr>
        <w:pStyle w:val="Heading1"/>
      </w:pPr>
      <w:r>
        <w:t>Professional Summary</w:t>
      </w:r>
    </w:p>
    <w:p w14:paraId="03F0DCF2" w14:textId="77777777" w:rsidR="009968DB" w:rsidRDefault="00000000">
      <w:r>
        <w:t>Driven Data Engineer and Analyst with 3+ years of experience designing robust data pipelines, automating workflows, and delivering actionable business intelligence. Skilled in Databricks, Power BI, Azure, AWS, Python, and Spark—transforming complex data into clean, reliable systems that drive informed decisions.</w:t>
      </w:r>
    </w:p>
    <w:p w14:paraId="4A58E75C" w14:textId="77777777" w:rsidR="009968DB" w:rsidRDefault="00000000">
      <w:pPr>
        <w:pStyle w:val="Heading1"/>
      </w:pPr>
      <w:r>
        <w:t>Core Technical Skills</w:t>
      </w:r>
    </w:p>
    <w:p w14:paraId="4FB09E25" w14:textId="77777777" w:rsidR="009968DB" w:rsidRDefault="00000000">
      <w:r>
        <w:t>• Data Engineering: ETL/ELT, Databricks, Spark, Pipelines, Data Modeling</w:t>
      </w:r>
    </w:p>
    <w:p w14:paraId="45AFD698" w14:textId="77777777" w:rsidR="009968DB" w:rsidRDefault="00000000">
      <w:r>
        <w:t>• Cloud Platforms: Azure, AWS</w:t>
      </w:r>
    </w:p>
    <w:p w14:paraId="05C8674E" w14:textId="77777777" w:rsidR="009968DB" w:rsidRDefault="00000000">
      <w:r>
        <w:t>• Programming: Python, SQL</w:t>
      </w:r>
    </w:p>
    <w:p w14:paraId="742FC5E4" w14:textId="77777777" w:rsidR="009968DB" w:rsidRDefault="00000000">
      <w:r>
        <w:t>• Analytics &amp; BI: Power BI, KPI Reporting, Dashboard Development</w:t>
      </w:r>
    </w:p>
    <w:p w14:paraId="67C7C29F" w14:textId="77777777" w:rsidR="009968DB" w:rsidRDefault="00000000">
      <w:r>
        <w:t>• Automation &amp; Integration: Power Automate, API Integration, Workflow Automation</w:t>
      </w:r>
    </w:p>
    <w:p w14:paraId="75824545" w14:textId="77777777" w:rsidR="009968DB" w:rsidRDefault="00000000">
      <w:pPr>
        <w:pStyle w:val="Heading1"/>
      </w:pPr>
      <w:r>
        <w:t>Professional Experience</w:t>
      </w:r>
    </w:p>
    <w:p w14:paraId="21A85D68" w14:textId="77777777" w:rsidR="009968DB" w:rsidRDefault="00000000">
      <w:r>
        <w:rPr>
          <w:b/>
        </w:rPr>
        <w:t>Data Engineer — Datagene, United Kingdom (2022 – Present)</w:t>
      </w:r>
    </w:p>
    <w:p w14:paraId="531423A4" w14:textId="77777777" w:rsidR="009968DB" w:rsidRDefault="00000000">
      <w:r>
        <w:t>• Designed scalable data pipelines with Databricks to improve accuracy and automation.</w:t>
      </w:r>
    </w:p>
    <w:p w14:paraId="46A821A5" w14:textId="77777777" w:rsidR="009968DB" w:rsidRDefault="00000000">
      <w:r>
        <w:t>• Integrated Databricks with NetSuite via secure M2M API keys to automate NetSuite field updates.</w:t>
      </w:r>
    </w:p>
    <w:p w14:paraId="3B1F9354" w14:textId="77777777" w:rsidR="009968DB" w:rsidRDefault="00000000">
      <w:r>
        <w:t>• Built SharePoint-triggered Databricks workflows enabling real-time data refresh.</w:t>
      </w:r>
    </w:p>
    <w:p w14:paraId="4563D5EE" w14:textId="77777777" w:rsidR="009968DB" w:rsidRDefault="00000000">
      <w:r>
        <w:t>• Embedded Power BI reports inside Salesforce using Apex &amp; Visualforce, reducing licensing costs.</w:t>
      </w:r>
    </w:p>
    <w:p w14:paraId="2212F231" w14:textId="77777777" w:rsidR="009968DB" w:rsidRDefault="00000000">
      <w:r>
        <w:t>• Replicated Salesforce reports in Power BI for non-licensed users and automated refresh schedules.</w:t>
      </w:r>
    </w:p>
    <w:p w14:paraId="4BE1F666" w14:textId="77777777" w:rsidR="009968DB" w:rsidRDefault="00000000">
      <w:r>
        <w:t>• Implemented Microsoft Teams KPI alerting system for proactive decision-making.</w:t>
      </w:r>
    </w:p>
    <w:p w14:paraId="36B69487" w14:textId="77777777" w:rsidR="009968DB" w:rsidRDefault="00000000">
      <w:r>
        <w:rPr>
          <w:b/>
        </w:rPr>
        <w:lastRenderedPageBreak/>
        <w:t>Full Stack Web Developer — All-Tech Systems &amp; Co. (2021 – 2022)</w:t>
      </w:r>
    </w:p>
    <w:p w14:paraId="156CC0FC" w14:textId="77777777" w:rsidR="009968DB" w:rsidRDefault="00000000">
      <w:r>
        <w:t>• Developed full‑stack applications with clean, responsive UI and scalable backend logic.</w:t>
      </w:r>
    </w:p>
    <w:p w14:paraId="08343108" w14:textId="77777777" w:rsidR="009968DB" w:rsidRDefault="00000000">
      <w:r>
        <w:t>• Worked with cross‑functional teams to improve product features and overall performance.</w:t>
      </w:r>
    </w:p>
    <w:p w14:paraId="5549BD32" w14:textId="77777777" w:rsidR="009968DB" w:rsidRDefault="00000000">
      <w:pPr>
        <w:pStyle w:val="Heading1"/>
      </w:pPr>
      <w:r>
        <w:t>Education</w:t>
      </w:r>
    </w:p>
    <w:p w14:paraId="08EC1756" w14:textId="77777777" w:rsidR="009968DB" w:rsidRDefault="00000000">
      <w:r>
        <w:rPr>
          <w:b/>
        </w:rPr>
        <w:t>B.Sc. Computer Science — University of Lagos (2017 – 2021)</w:t>
      </w:r>
    </w:p>
    <w:p w14:paraId="6447EE7E" w14:textId="77777777" w:rsidR="009968DB" w:rsidRDefault="00000000">
      <w:pPr>
        <w:pStyle w:val="Heading1"/>
      </w:pPr>
      <w:r>
        <w:t>Certifications</w:t>
      </w:r>
    </w:p>
    <w:p w14:paraId="36955714" w14:textId="77777777" w:rsidR="009968DB" w:rsidRDefault="00000000">
      <w:r>
        <w:t>• Databricks Certified Data Engineer Professional</w:t>
      </w:r>
    </w:p>
    <w:p w14:paraId="1A3A650C" w14:textId="77777777" w:rsidR="009968DB" w:rsidRDefault="00000000">
      <w:r>
        <w:t>• Agile &amp; Scrum Project Management Certification</w:t>
      </w:r>
    </w:p>
    <w:p w14:paraId="4D433B79" w14:textId="77777777" w:rsidR="009968DB" w:rsidRDefault="00000000">
      <w:pPr>
        <w:pStyle w:val="Heading1"/>
      </w:pPr>
      <w:r>
        <w:t>Key Projects</w:t>
      </w:r>
    </w:p>
    <w:p w14:paraId="274D810D" w14:textId="77777777" w:rsidR="009968DB" w:rsidRDefault="00000000">
      <w:r>
        <w:t>• Automated NetSuite field updates through Databricks + API integration, cutting manual work by 80%.</w:t>
      </w:r>
    </w:p>
    <w:p w14:paraId="635C9F5F" w14:textId="77777777" w:rsidR="009968DB" w:rsidRDefault="00000000">
      <w:r>
        <w:t>• Designed SharePoint-triggered Databricks refresh pipeline for near real-time insights.</w:t>
      </w:r>
    </w:p>
    <w:p w14:paraId="735ADC92" w14:textId="77777777" w:rsidR="009968DB" w:rsidRDefault="00000000">
      <w:r>
        <w:t>• Built Salesforce‑embedded Power BI dashboards enabling non‑licensed access to analytics.</w:t>
      </w:r>
    </w:p>
    <w:p w14:paraId="7FCCBDCD" w14:textId="77777777" w:rsidR="009968DB" w:rsidRDefault="00000000">
      <w:r>
        <w:t>• Created Microsoft Teams alert automation monitoring KPI thresholds for stakeholders.</w:t>
      </w:r>
    </w:p>
    <w:p w14:paraId="6C9A6FE9" w14:textId="77777777" w:rsidR="009968DB" w:rsidRDefault="00000000">
      <w:pPr>
        <w:pStyle w:val="Heading1"/>
      </w:pPr>
      <w:r>
        <w:t>Additional Details</w:t>
      </w:r>
    </w:p>
    <w:p w14:paraId="7BC42305" w14:textId="77777777" w:rsidR="009968DB" w:rsidRDefault="00000000">
      <w:r>
        <w:t>• Years of Experience: 3+</w:t>
      </w:r>
    </w:p>
    <w:p w14:paraId="2E806DE1" w14:textId="77777777" w:rsidR="009968DB" w:rsidRDefault="00000000">
      <w:r>
        <w:t>• Projects Completed: 10+</w:t>
      </w:r>
    </w:p>
    <w:p w14:paraId="10041C58" w14:textId="77777777" w:rsidR="009968DB" w:rsidRDefault="00000000">
      <w:r>
        <w:t>• Data Workflows Delivered: 15+</w:t>
      </w:r>
    </w:p>
    <w:p w14:paraId="08C01A03" w14:textId="77777777" w:rsidR="009968DB" w:rsidRDefault="00000000">
      <w:r>
        <w:t>• Recognized for building reliable systems and analytics teams trust.</w:t>
      </w:r>
    </w:p>
    <w:sectPr w:rsidR="009968DB"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008484446">
    <w:abstractNumId w:val="8"/>
  </w:num>
  <w:num w:numId="2" w16cid:durableId="381490998">
    <w:abstractNumId w:val="6"/>
  </w:num>
  <w:num w:numId="3" w16cid:durableId="197085681">
    <w:abstractNumId w:val="5"/>
  </w:num>
  <w:num w:numId="4" w16cid:durableId="1539388051">
    <w:abstractNumId w:val="4"/>
  </w:num>
  <w:num w:numId="5" w16cid:durableId="96173959">
    <w:abstractNumId w:val="7"/>
  </w:num>
  <w:num w:numId="6" w16cid:durableId="1454405779">
    <w:abstractNumId w:val="3"/>
  </w:num>
  <w:num w:numId="7" w16cid:durableId="1533567432">
    <w:abstractNumId w:val="2"/>
  </w:num>
  <w:num w:numId="8" w16cid:durableId="908734954">
    <w:abstractNumId w:val="1"/>
  </w:num>
  <w:num w:numId="9" w16cid:durableId="1997494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42B8D"/>
    <w:rsid w:val="0006063C"/>
    <w:rsid w:val="0015074B"/>
    <w:rsid w:val="0029639D"/>
    <w:rsid w:val="00326F90"/>
    <w:rsid w:val="009968DB"/>
    <w:rsid w:val="00AA1D8D"/>
    <w:rsid w:val="00B47730"/>
    <w:rsid w:val="00CB0664"/>
    <w:rsid w:val="00E61E91"/>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2E67E0"/>
  <w14:defaultImageDpi w14:val="300"/>
  <w15:docId w15:val="{4EBAEA93-3BE9-4631-831D-0E747C1A6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252</Words>
  <Characters>2103</Characters>
  <Application>Microsoft Office Word</Application>
  <DocSecurity>0</DocSecurity>
  <Lines>46</Lines>
  <Paragraphs>17</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2338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Laguda Abdulafeez</cp:lastModifiedBy>
  <cp:revision>2</cp:revision>
  <dcterms:created xsi:type="dcterms:W3CDTF">2013-12-23T23:15:00Z</dcterms:created>
  <dcterms:modified xsi:type="dcterms:W3CDTF">2025-11-08T11:28:00Z</dcterms:modified>
  <cp:category/>
</cp:coreProperties>
</file>